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104C8" w14:textId="3DF1E118" w:rsidR="004F410A" w:rsidRPr="007F6AB3" w:rsidRDefault="007B0A82" w:rsidP="007B0A82">
      <w:pPr>
        <w:spacing w:line="245" w:lineRule="auto"/>
        <w:jc w:val="center"/>
        <w:rPr>
          <w:rFonts w:ascii="Poppins" w:hAnsi="Poppins" w:cs="Poppins"/>
          <w:sz w:val="32"/>
          <w:szCs w:val="32"/>
          <w:lang w:val="es-ES"/>
        </w:rPr>
      </w:pPr>
      <w:r w:rsidRPr="007F6AB3">
        <w:rPr>
          <w:rFonts w:ascii="Poppins" w:hAnsi="Poppins" w:cs="Poppins"/>
          <w:b/>
          <w:sz w:val="32"/>
          <w:szCs w:val="32"/>
          <w:lang w:val="es-ES"/>
        </w:rPr>
        <w:t>S</w:t>
      </w:r>
      <w:r w:rsidR="00430B46" w:rsidRPr="007F6AB3">
        <w:rPr>
          <w:rFonts w:ascii="Poppins" w:hAnsi="Poppins" w:cs="Poppins"/>
          <w:b/>
          <w:sz w:val="32"/>
          <w:szCs w:val="32"/>
          <w:lang w:val="es-ES"/>
        </w:rPr>
        <w:t>olicitud de tramitación urgente</w:t>
      </w:r>
      <w:r w:rsidR="00430B46" w:rsidRPr="007F6AB3">
        <w:rPr>
          <w:rFonts w:ascii="Poppins" w:hAnsi="Poppins" w:cs="Poppins"/>
          <w:b/>
          <w:sz w:val="32"/>
          <w:szCs w:val="32"/>
          <w:lang w:val="es-ES"/>
        </w:rPr>
        <w:br/>
      </w:r>
      <w:r w:rsidRPr="007F6AB3">
        <w:rPr>
          <w:rFonts w:ascii="Poppins" w:hAnsi="Poppins" w:cs="Poppins"/>
          <w:b/>
          <w:sz w:val="32"/>
          <w:szCs w:val="32"/>
          <w:lang w:val="es-ES"/>
        </w:rPr>
        <w:t>v</w:t>
      </w:r>
      <w:r w:rsidR="00430B46" w:rsidRPr="007F6AB3">
        <w:rPr>
          <w:rFonts w:ascii="Poppins" w:hAnsi="Poppins" w:cs="Poppins"/>
          <w:b/>
          <w:sz w:val="32"/>
          <w:szCs w:val="32"/>
          <w:lang w:val="es-ES"/>
        </w:rPr>
        <w:t>aloración de discapacidad (RD 888/2022)</w:t>
      </w:r>
    </w:p>
    <w:p w14:paraId="2A413A82" w14:textId="77777777" w:rsidR="004F410A" w:rsidRPr="007B0A82" w:rsidRDefault="004F410A" w:rsidP="007B0A82">
      <w:pPr>
        <w:spacing w:line="245" w:lineRule="auto"/>
        <w:rPr>
          <w:rFonts w:ascii="Poppins" w:hAnsi="Poppins" w:cs="Poppins"/>
          <w:sz w:val="20"/>
          <w:szCs w:val="20"/>
          <w:lang w:val="es-ES"/>
        </w:rPr>
      </w:pPr>
    </w:p>
    <w:p w14:paraId="236E5C81" w14:textId="3397C625" w:rsidR="004F410A" w:rsidRPr="007B0A82" w:rsidRDefault="00430B46" w:rsidP="007B0A82">
      <w:pPr>
        <w:spacing w:line="245" w:lineRule="auto"/>
        <w:rPr>
          <w:rFonts w:ascii="Poppins" w:hAnsi="Poppins" w:cs="Poppins"/>
          <w:sz w:val="20"/>
          <w:szCs w:val="20"/>
          <w:lang w:val="es-ES"/>
        </w:rPr>
      </w:pP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8C46E0">
        <w:rPr>
          <w:rFonts w:ascii="Poppins" w:hAnsi="Poppins" w:cs="Poppins"/>
          <w:b/>
          <w:bCs/>
          <w:sz w:val="20"/>
          <w:szCs w:val="20"/>
          <w:lang w:val="es-ES"/>
        </w:rPr>
        <w:t>AL ÓRGANO COMPETENTE EN MATERIA DE VALORACIÓN DE DISCAPACIDAD</w:t>
      </w:r>
      <w:r w:rsidRPr="008C46E0">
        <w:rPr>
          <w:rFonts w:ascii="Poppins" w:hAnsi="Poppins" w:cs="Poppins"/>
          <w:b/>
          <w:bCs/>
          <w:sz w:val="20"/>
          <w:szCs w:val="20"/>
          <w:lang w:val="es-ES"/>
        </w:rPr>
        <w:br/>
        <w:t>(Indicar Comunidad Autónoma / Centro Base correspondiente)</w:t>
      </w:r>
      <w:r w:rsidRPr="008C46E0">
        <w:rPr>
          <w:rFonts w:ascii="Poppins" w:hAnsi="Poppins" w:cs="Poppins"/>
          <w:b/>
          <w:bCs/>
          <w:sz w:val="20"/>
          <w:szCs w:val="20"/>
          <w:lang w:val="es-ES"/>
        </w:rPr>
        <w:br/>
      </w:r>
      <w:r w:rsidRPr="007B0A82">
        <w:rPr>
          <w:rFonts w:ascii="Poppins" w:hAnsi="Poppins" w:cs="Poppins"/>
          <w:sz w:val="20"/>
          <w:szCs w:val="20"/>
          <w:lang w:val="es-ES"/>
        </w:rPr>
        <w:br/>
        <w:t xml:space="preserve">D./Dª [NOMBRE Y </w:t>
      </w:r>
      <w:r w:rsidRPr="007B0A82">
        <w:rPr>
          <w:rFonts w:ascii="Poppins" w:hAnsi="Poppins" w:cs="Poppins"/>
          <w:sz w:val="20"/>
          <w:szCs w:val="20"/>
          <w:lang w:val="es-ES"/>
        </w:rPr>
        <w:t xml:space="preserve">APELLIDOS], con DNI/NIE </w:t>
      </w:r>
      <w:proofErr w:type="spellStart"/>
      <w:r w:rsidRPr="007B0A82">
        <w:rPr>
          <w:rFonts w:ascii="Poppins" w:hAnsi="Poppins" w:cs="Poppins"/>
          <w:sz w:val="20"/>
          <w:szCs w:val="20"/>
          <w:lang w:val="es-ES"/>
        </w:rPr>
        <w:t>nº</w:t>
      </w:r>
      <w:proofErr w:type="spellEnd"/>
      <w:r w:rsidRPr="007B0A82">
        <w:rPr>
          <w:rFonts w:ascii="Poppins" w:hAnsi="Poppins" w:cs="Poppins"/>
          <w:sz w:val="20"/>
          <w:szCs w:val="20"/>
          <w:lang w:val="es-ES"/>
        </w:rPr>
        <w:t xml:space="preserve"> [________], con domicilio a efectos de </w:t>
      </w:r>
      <w:r w:rsidR="002A3948">
        <w:rPr>
          <w:rFonts w:ascii="Poppins" w:hAnsi="Poppins" w:cs="Poppins"/>
          <w:sz w:val="20"/>
          <w:szCs w:val="20"/>
          <w:lang w:val="es-ES"/>
        </w:rPr>
        <w:t>n</w:t>
      </w:r>
      <w:r w:rsidRPr="007B0A82">
        <w:rPr>
          <w:rFonts w:ascii="Poppins" w:hAnsi="Poppins" w:cs="Poppins"/>
          <w:sz w:val="20"/>
          <w:szCs w:val="20"/>
          <w:lang w:val="es-ES"/>
        </w:rPr>
        <w:t>otificaciones en [________], y teléfono/email [________],</w:t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8C46E0">
        <w:rPr>
          <w:rFonts w:ascii="Poppins" w:hAnsi="Poppins" w:cs="Poppins"/>
          <w:b/>
          <w:bCs/>
          <w:sz w:val="28"/>
          <w:szCs w:val="28"/>
          <w:lang w:val="es-ES"/>
        </w:rPr>
        <w:t>EXPONE</w:t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8C46E0">
        <w:rPr>
          <w:rFonts w:ascii="Poppins" w:hAnsi="Poppins" w:cs="Poppins"/>
          <w:b/>
          <w:bCs/>
          <w:sz w:val="20"/>
          <w:szCs w:val="20"/>
          <w:lang w:val="es-ES"/>
        </w:rPr>
        <w:t>PRIMERO</w:t>
      </w:r>
      <w:r w:rsidRPr="007B0A82">
        <w:rPr>
          <w:rFonts w:ascii="Poppins" w:hAnsi="Poppins" w:cs="Poppins"/>
          <w:sz w:val="20"/>
          <w:szCs w:val="20"/>
          <w:lang w:val="es-ES"/>
        </w:rPr>
        <w:t>.– Que con fecha [________] ha presentado solicitud de valoración/revisión del grado de discapacidad, encontrándose actualmente en tramitación con número de expediente [________] (si se dispone).</w:t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8C46E0">
        <w:rPr>
          <w:rFonts w:ascii="Poppins" w:hAnsi="Poppins" w:cs="Poppins"/>
          <w:b/>
          <w:bCs/>
          <w:sz w:val="20"/>
          <w:szCs w:val="20"/>
          <w:lang w:val="es-ES"/>
        </w:rPr>
        <w:t>SEGUNDO</w:t>
      </w:r>
      <w:r w:rsidRPr="007B0A82">
        <w:rPr>
          <w:rFonts w:ascii="Poppins" w:hAnsi="Poppins" w:cs="Poppins"/>
          <w:sz w:val="20"/>
          <w:szCs w:val="20"/>
          <w:lang w:val="es-ES"/>
        </w:rPr>
        <w:t>.– Que, conforme a lo previsto en el Real Decreto 888/2022, solicita la tramitación urgente del expediente, al concurrir circunstancias excepcionales debidamente justificadas.</w:t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8C46E0">
        <w:rPr>
          <w:rFonts w:ascii="Poppins" w:hAnsi="Poppins" w:cs="Poppins"/>
          <w:b/>
          <w:bCs/>
          <w:sz w:val="20"/>
          <w:szCs w:val="20"/>
          <w:lang w:val="es-ES"/>
        </w:rPr>
        <w:t>TERCERO</w:t>
      </w:r>
      <w:r w:rsidRPr="007B0A82">
        <w:rPr>
          <w:rFonts w:ascii="Poppins" w:hAnsi="Poppins" w:cs="Poppins"/>
          <w:sz w:val="20"/>
          <w:szCs w:val="20"/>
          <w:lang w:val="es-ES"/>
        </w:rPr>
        <w:t xml:space="preserve">.– MOTIVOS DE URGENCIA </w:t>
      </w:r>
      <w:r w:rsidRPr="008C46E0">
        <w:rPr>
          <w:rFonts w:ascii="Poppins" w:hAnsi="Poppins" w:cs="Poppins"/>
          <w:i/>
          <w:iCs/>
          <w:color w:val="A6A6A6" w:themeColor="background1" w:themeShade="A6"/>
          <w:sz w:val="20"/>
          <w:szCs w:val="20"/>
          <w:lang w:val="es-ES"/>
        </w:rPr>
        <w:t>(muy importante detallar bien)</w:t>
      </w:r>
      <w:r w:rsidRPr="007B0A82">
        <w:rPr>
          <w:rFonts w:ascii="Poppins" w:hAnsi="Poppins" w:cs="Poppins"/>
          <w:sz w:val="20"/>
          <w:szCs w:val="20"/>
          <w:lang w:val="es-ES"/>
        </w:rPr>
        <w:t>:</w:t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7B0A82">
        <w:rPr>
          <w:rFonts w:ascii="Poppins" w:hAnsi="Poppins" w:cs="Poppins"/>
          <w:sz w:val="20"/>
          <w:szCs w:val="20"/>
          <w:lang w:val="es-ES"/>
        </w:rPr>
        <w:br/>
        <w:t>A) ENFERMEDAD GRAVE / SITUACIÓN CLÍNICA</w:t>
      </w:r>
      <w:r w:rsidRPr="007B0A82">
        <w:rPr>
          <w:rFonts w:ascii="Poppins" w:hAnsi="Poppins" w:cs="Poppins"/>
          <w:sz w:val="20"/>
          <w:szCs w:val="20"/>
          <w:lang w:val="es-ES"/>
        </w:rPr>
        <w:br/>
        <w:t>El solicitante presenta una patología de carácter grave consistente en [descripción], con evolución [rápida/progresiva], que conlleva limitaciones funcionales significativas en su vida</w:t>
      </w:r>
      <w:r w:rsidR="005D2CE8">
        <w:rPr>
          <w:rFonts w:ascii="Poppins" w:hAnsi="Poppins" w:cs="Poppins"/>
          <w:sz w:val="20"/>
          <w:szCs w:val="20"/>
          <w:lang w:val="es-ES"/>
        </w:rPr>
        <w:t xml:space="preserve"> </w:t>
      </w:r>
      <w:r w:rsidRPr="007B0A82">
        <w:rPr>
          <w:rFonts w:ascii="Poppins" w:hAnsi="Poppins" w:cs="Poppins"/>
          <w:sz w:val="20"/>
          <w:szCs w:val="20"/>
          <w:lang w:val="es-ES"/>
        </w:rPr>
        <w:t>diaria, tales como:</w:t>
      </w:r>
      <w:r w:rsidRPr="007B0A82">
        <w:rPr>
          <w:rFonts w:ascii="Poppins" w:hAnsi="Poppins" w:cs="Poppins"/>
          <w:sz w:val="20"/>
          <w:szCs w:val="20"/>
          <w:lang w:val="es-ES"/>
        </w:rPr>
        <w:br/>
        <w:t>– [Ejemplo: dificultad para la movilidad, fatiga extrema, dolor crónico]</w:t>
      </w:r>
      <w:r w:rsidRPr="007B0A82">
        <w:rPr>
          <w:rFonts w:ascii="Poppins" w:hAnsi="Poppins" w:cs="Poppins"/>
          <w:sz w:val="20"/>
          <w:szCs w:val="20"/>
          <w:lang w:val="es-ES"/>
        </w:rPr>
        <w:br/>
        <w:t>– [Impacto real en autonomía personal y social]</w:t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7B0A82">
        <w:rPr>
          <w:rFonts w:ascii="Poppins" w:hAnsi="Poppins" w:cs="Poppins"/>
          <w:sz w:val="20"/>
          <w:szCs w:val="20"/>
          <w:lang w:val="es-ES"/>
        </w:rPr>
        <w:br/>
        <w:t>B) CAUSAS LABORALES / OPOSICIONES</w:t>
      </w:r>
      <w:r w:rsidRPr="007B0A82">
        <w:rPr>
          <w:rFonts w:ascii="Poppins" w:hAnsi="Poppins" w:cs="Poppins"/>
          <w:sz w:val="20"/>
          <w:szCs w:val="20"/>
          <w:lang w:val="es-ES"/>
        </w:rPr>
        <w:br/>
        <w:t>El solicitante precisa el reconocimiento del grado de discapacidad con carácter urgente para poder:</w:t>
      </w:r>
      <w:r w:rsidRPr="007B0A82">
        <w:rPr>
          <w:rFonts w:ascii="Poppins" w:hAnsi="Poppins" w:cs="Poppins"/>
          <w:sz w:val="20"/>
          <w:szCs w:val="20"/>
          <w:lang w:val="es-ES"/>
        </w:rPr>
        <w:br/>
        <w:t>– Convocatoria: [nombre y organismo]</w:t>
      </w:r>
      <w:r w:rsidRPr="007B0A82">
        <w:rPr>
          <w:rFonts w:ascii="Poppins" w:hAnsi="Poppins" w:cs="Poppins"/>
          <w:sz w:val="20"/>
          <w:szCs w:val="20"/>
          <w:lang w:val="es-ES"/>
        </w:rPr>
        <w:br/>
        <w:t>– Fecha límite / examen: [________]</w:t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7B0A82">
        <w:rPr>
          <w:rFonts w:ascii="Poppins" w:hAnsi="Poppins" w:cs="Poppins"/>
          <w:sz w:val="20"/>
          <w:szCs w:val="20"/>
          <w:lang w:val="es-ES"/>
        </w:rPr>
        <w:br/>
        <w:t>La demora en la resolución impediría el ejercicio efectivo de sus derechos laborales.</w:t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7B0A82">
        <w:rPr>
          <w:rFonts w:ascii="Poppins" w:hAnsi="Poppins" w:cs="Poppins"/>
          <w:sz w:val="20"/>
          <w:szCs w:val="20"/>
          <w:lang w:val="es-ES"/>
        </w:rPr>
        <w:br/>
        <w:t>C) OTRAS SITUACIONES JUSTIFICADAS</w:t>
      </w:r>
      <w:r w:rsidRPr="007B0A82">
        <w:rPr>
          <w:rFonts w:ascii="Poppins" w:hAnsi="Poppins" w:cs="Poppins"/>
          <w:sz w:val="20"/>
          <w:szCs w:val="20"/>
          <w:lang w:val="es-ES"/>
        </w:rPr>
        <w:br/>
        <w:t>[Describir: procedimiento judicial, acces</w:t>
      </w:r>
      <w:r w:rsidRPr="007B0A82">
        <w:rPr>
          <w:rFonts w:ascii="Poppins" w:hAnsi="Poppins" w:cs="Poppins"/>
          <w:sz w:val="20"/>
          <w:szCs w:val="20"/>
          <w:lang w:val="es-ES"/>
        </w:rPr>
        <w:t>o a prestaciones, vulnerabilidad, etc.]</w:t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7B0A82">
        <w:rPr>
          <w:rFonts w:ascii="Poppins" w:hAnsi="Poppins" w:cs="Poppins"/>
          <w:sz w:val="20"/>
          <w:szCs w:val="20"/>
          <w:lang w:val="es-ES"/>
        </w:rPr>
        <w:br/>
        <w:t>CUARTO.– IMPACTO DE LA DEMORA</w:t>
      </w:r>
      <w:r w:rsidRPr="007B0A82">
        <w:rPr>
          <w:rFonts w:ascii="Poppins" w:hAnsi="Poppins" w:cs="Poppins"/>
          <w:sz w:val="20"/>
          <w:szCs w:val="20"/>
          <w:lang w:val="es-ES"/>
        </w:rPr>
        <w:br/>
        <w:t>La falta de resolución en plazo causaría un perjuicio grave y difícilmente reparable, dada la necesidad de contar con una resolución en un plazo compatible con la situación descrita.</w:t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7F6AB3">
        <w:rPr>
          <w:rFonts w:ascii="Poppins" w:hAnsi="Poppins" w:cs="Poppins"/>
          <w:b/>
          <w:bCs/>
          <w:sz w:val="28"/>
          <w:szCs w:val="28"/>
          <w:lang w:val="es-ES"/>
        </w:rPr>
        <w:lastRenderedPageBreak/>
        <w:t>SOLICITA</w:t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7B0A82">
        <w:rPr>
          <w:rFonts w:ascii="Poppins" w:hAnsi="Poppins" w:cs="Poppins"/>
          <w:sz w:val="20"/>
          <w:szCs w:val="20"/>
          <w:lang w:val="es-ES"/>
        </w:rPr>
        <w:br/>
        <w:t>Que se acuerde la TRAMITACIÓN URGENTE del expediente de valoración de discapacidad, priorizando su resolución conforme a las circunstancias expuestas.</w:t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7B0A82">
        <w:rPr>
          <w:rFonts w:ascii="Poppins" w:hAnsi="Poppins" w:cs="Poppins"/>
          <w:sz w:val="20"/>
          <w:szCs w:val="20"/>
          <w:lang w:val="es-ES"/>
        </w:rPr>
        <w:br/>
        <w:t>En [CIUDAD], a [FECHA]</w:t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7B0A82">
        <w:rPr>
          <w:rFonts w:ascii="Poppins" w:hAnsi="Poppins" w:cs="Poppins"/>
          <w:sz w:val="20"/>
          <w:szCs w:val="20"/>
          <w:lang w:val="es-ES"/>
        </w:rPr>
        <w:br/>
        <w:t>Fdo.: __________________________</w:t>
      </w:r>
      <w:r w:rsidRPr="007B0A82">
        <w:rPr>
          <w:rFonts w:ascii="Poppins" w:hAnsi="Poppins" w:cs="Poppins"/>
          <w:sz w:val="20"/>
          <w:szCs w:val="20"/>
          <w:lang w:val="es-ES"/>
        </w:rPr>
        <w:br/>
        <w:t>[NOMBRE Y APELLIDOS]</w:t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7B0A82">
        <w:rPr>
          <w:rFonts w:ascii="Poppins" w:hAnsi="Poppins" w:cs="Poppins"/>
          <w:sz w:val="20"/>
          <w:szCs w:val="20"/>
          <w:lang w:val="es-ES"/>
        </w:rPr>
        <w:br/>
        <w:t>DOCUMENTACIÓN QUE SE ACOMPAÑA:</w:t>
      </w:r>
      <w:r w:rsidRPr="007B0A82">
        <w:rPr>
          <w:rFonts w:ascii="Poppins" w:hAnsi="Poppins" w:cs="Poppins"/>
          <w:sz w:val="20"/>
          <w:szCs w:val="20"/>
          <w:lang w:val="es-ES"/>
        </w:rPr>
        <w:br/>
        <w:t xml:space="preserve">– Informes médicos actualizados </w:t>
      </w:r>
      <w:r w:rsidRPr="007B0A82">
        <w:rPr>
          <w:rFonts w:ascii="Poppins" w:hAnsi="Poppins" w:cs="Poppins"/>
          <w:i/>
          <w:iCs/>
          <w:color w:val="A6A6A6" w:themeColor="background1" w:themeShade="A6"/>
          <w:sz w:val="20"/>
          <w:szCs w:val="20"/>
          <w:lang w:val="es-ES"/>
        </w:rPr>
        <w:t>(</w:t>
      </w:r>
      <w:r w:rsidR="007B0A82" w:rsidRPr="007B0A82">
        <w:rPr>
          <w:rFonts w:ascii="Poppins" w:hAnsi="Poppins" w:cs="Poppins"/>
          <w:i/>
          <w:iCs/>
          <w:color w:val="A6A6A6" w:themeColor="background1" w:themeShade="A6"/>
          <w:sz w:val="20"/>
          <w:szCs w:val="20"/>
          <w:lang w:val="es-ES"/>
        </w:rPr>
        <w:t>imprescindible</w:t>
      </w:r>
      <w:r w:rsidRPr="007B0A82">
        <w:rPr>
          <w:rFonts w:ascii="Poppins" w:hAnsi="Poppins" w:cs="Poppins"/>
          <w:i/>
          <w:iCs/>
          <w:color w:val="A6A6A6" w:themeColor="background1" w:themeShade="A6"/>
          <w:sz w:val="20"/>
          <w:szCs w:val="20"/>
          <w:lang w:val="es-ES"/>
        </w:rPr>
        <w:t>)</w:t>
      </w:r>
      <w:r w:rsidRPr="007B0A82">
        <w:rPr>
          <w:rFonts w:ascii="Poppins" w:hAnsi="Poppins" w:cs="Poppins"/>
          <w:sz w:val="20"/>
          <w:szCs w:val="20"/>
          <w:lang w:val="es-ES"/>
        </w:rPr>
        <w:br/>
        <w:t>– Convocatoria oficial (si aplica)</w:t>
      </w:r>
      <w:r w:rsidRPr="007B0A82">
        <w:rPr>
          <w:rFonts w:ascii="Poppins" w:hAnsi="Poppins" w:cs="Poppins"/>
          <w:sz w:val="20"/>
          <w:szCs w:val="20"/>
          <w:lang w:val="es-ES"/>
        </w:rPr>
        <w:br/>
        <w:t>– Justificación de plazos</w:t>
      </w:r>
      <w:r w:rsidRPr="007B0A82">
        <w:rPr>
          <w:rFonts w:ascii="Poppins" w:hAnsi="Poppins" w:cs="Poppins"/>
          <w:sz w:val="20"/>
          <w:szCs w:val="20"/>
          <w:lang w:val="es-ES"/>
        </w:rPr>
        <w:br/>
        <w:t>– Otros documentos acreditativos</w:t>
      </w:r>
      <w:r w:rsidR="007B0A82" w:rsidRPr="007B0A82">
        <w:rPr>
          <w:rFonts w:ascii="Poppins" w:hAnsi="Poppins" w:cs="Poppins"/>
          <w:sz w:val="20"/>
          <w:szCs w:val="20"/>
          <w:lang w:val="es-ES"/>
        </w:rPr>
        <w:t xml:space="preserve"> (empresa, etc.)</w:t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  <w:r w:rsidRPr="007B0A82">
        <w:rPr>
          <w:rFonts w:ascii="Poppins" w:hAnsi="Poppins" w:cs="Poppins"/>
          <w:sz w:val="20"/>
          <w:szCs w:val="20"/>
          <w:lang w:val="es-ES"/>
        </w:rPr>
        <w:br/>
      </w:r>
    </w:p>
    <w:sectPr w:rsidR="004F410A" w:rsidRPr="007B0A82" w:rsidSect="00E11131">
      <w:pgSz w:w="12240" w:h="15840"/>
      <w:pgMar w:top="1134" w:right="851" w:bottom="851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4D189" w14:textId="77777777" w:rsidR="0032038B" w:rsidRDefault="0032038B" w:rsidP="0032038B">
      <w:pPr>
        <w:spacing w:after="0" w:line="240" w:lineRule="auto"/>
      </w:pPr>
      <w:r>
        <w:separator/>
      </w:r>
    </w:p>
  </w:endnote>
  <w:endnote w:type="continuationSeparator" w:id="0">
    <w:p w14:paraId="6D949141" w14:textId="77777777" w:rsidR="0032038B" w:rsidRDefault="0032038B" w:rsidP="00320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500000000000000"/>
    <w:charset w:val="00"/>
    <w:family w:val="auto"/>
    <w:pitch w:val="fixed"/>
    <w:sig w:usb0="00000003" w:usb1="00000000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2E294" w14:textId="77777777" w:rsidR="0032038B" w:rsidRDefault="0032038B" w:rsidP="0032038B">
      <w:pPr>
        <w:spacing w:after="0" w:line="240" w:lineRule="auto"/>
      </w:pPr>
      <w:r>
        <w:separator/>
      </w:r>
    </w:p>
  </w:footnote>
  <w:footnote w:type="continuationSeparator" w:id="0">
    <w:p w14:paraId="4C4DE0AF" w14:textId="77777777" w:rsidR="0032038B" w:rsidRDefault="0032038B" w:rsidP="00320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6947281">
    <w:abstractNumId w:val="8"/>
  </w:num>
  <w:num w:numId="2" w16cid:durableId="530537334">
    <w:abstractNumId w:val="6"/>
  </w:num>
  <w:num w:numId="3" w16cid:durableId="313685921">
    <w:abstractNumId w:val="5"/>
  </w:num>
  <w:num w:numId="4" w16cid:durableId="1664046714">
    <w:abstractNumId w:val="4"/>
  </w:num>
  <w:num w:numId="5" w16cid:durableId="2010869208">
    <w:abstractNumId w:val="7"/>
  </w:num>
  <w:num w:numId="6" w16cid:durableId="331569371">
    <w:abstractNumId w:val="3"/>
  </w:num>
  <w:num w:numId="7" w16cid:durableId="2117754434">
    <w:abstractNumId w:val="2"/>
  </w:num>
  <w:num w:numId="8" w16cid:durableId="1312708128">
    <w:abstractNumId w:val="1"/>
  </w:num>
  <w:num w:numId="9" w16cid:durableId="185133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72E8"/>
    <w:rsid w:val="0029639D"/>
    <w:rsid w:val="002A3948"/>
    <w:rsid w:val="0032038B"/>
    <w:rsid w:val="00326F90"/>
    <w:rsid w:val="00430B46"/>
    <w:rsid w:val="004F410A"/>
    <w:rsid w:val="00563263"/>
    <w:rsid w:val="005D2CE8"/>
    <w:rsid w:val="006821BB"/>
    <w:rsid w:val="007B0A82"/>
    <w:rsid w:val="007F6AB3"/>
    <w:rsid w:val="008C46E0"/>
    <w:rsid w:val="00A60FFB"/>
    <w:rsid w:val="00AA1D8D"/>
    <w:rsid w:val="00B47730"/>
    <w:rsid w:val="00C05E59"/>
    <w:rsid w:val="00CB0664"/>
    <w:rsid w:val="00E11131"/>
    <w:rsid w:val="00FA46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D55A58"/>
  <w14:defaultImageDpi w14:val="330"/>
  <w15:docId w15:val="{0EDB17D0-7982-46E7-8B87-02FF75A52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D4154A-7ACE-40F1-835A-B1C129FB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1883</Characters>
  <Application>Microsoft Office Word</Application>
  <DocSecurity>0</DocSecurity>
  <Lines>15</Lines>
  <Paragraphs>4</Paragraphs>
  <ScaleCrop>false</ScaleCrop>
  <Manager/>
  <Company/>
  <LinksUpToDate>false</LinksUpToDate>
  <CharactersWithSpaces>2221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MARIA DEL CARMEN INGLADA RAMOS</cp:lastModifiedBy>
  <cp:revision>5</cp:revision>
  <dcterms:created xsi:type="dcterms:W3CDTF">2026-03-20T11:03:00Z</dcterms:created>
  <dcterms:modified xsi:type="dcterms:W3CDTF">2026-03-20T11:05:00Z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c11c9e-624c-4a75-9f78-0989052ff6ea_Enabled">
    <vt:lpwstr>true</vt:lpwstr>
  </property>
  <property fmtid="{D5CDD505-2E9C-101B-9397-08002B2CF9AE}" pid="3" name="MSIP_Label_c2c11c9e-624c-4a75-9f78-0989052ff6ea_SetDate">
    <vt:lpwstr>2026-03-20T11:03:46Z</vt:lpwstr>
  </property>
  <property fmtid="{D5CDD505-2E9C-101B-9397-08002B2CF9AE}" pid="4" name="MSIP_Label_c2c11c9e-624c-4a75-9f78-0989052ff6ea_Method">
    <vt:lpwstr>Privileged</vt:lpwstr>
  </property>
  <property fmtid="{D5CDD505-2E9C-101B-9397-08002B2CF9AE}" pid="5" name="MSIP_Label_c2c11c9e-624c-4a75-9f78-0989052ff6ea_Name">
    <vt:lpwstr>c2c11c9e-624c-4a75-9f78-0989052ff6ea</vt:lpwstr>
  </property>
  <property fmtid="{D5CDD505-2E9C-101B-9397-08002B2CF9AE}" pid="6" name="MSIP_Label_c2c11c9e-624c-4a75-9f78-0989052ff6ea_SiteId">
    <vt:lpwstr>5df31d35-3ba9-481e-a3c8-ff9be3ee783b</vt:lpwstr>
  </property>
  <property fmtid="{D5CDD505-2E9C-101B-9397-08002B2CF9AE}" pid="7" name="MSIP_Label_c2c11c9e-624c-4a75-9f78-0989052ff6ea_ActionId">
    <vt:lpwstr>043b9c78-fc30-4cb4-8c88-d188b1924fa7</vt:lpwstr>
  </property>
  <property fmtid="{D5CDD505-2E9C-101B-9397-08002B2CF9AE}" pid="8" name="MSIP_Label_c2c11c9e-624c-4a75-9f78-0989052ff6ea_ContentBits">
    <vt:lpwstr>0</vt:lpwstr>
  </property>
  <property fmtid="{D5CDD505-2E9C-101B-9397-08002B2CF9AE}" pid="9" name="MSIP_Label_c2c11c9e-624c-4a75-9f78-0989052ff6ea_Tag">
    <vt:lpwstr>10, 0, 1, 1</vt:lpwstr>
  </property>
</Properties>
</file>