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5ACF" w14:textId="77777777" w:rsidR="00B043DC" w:rsidRPr="00215589" w:rsidRDefault="00000000" w:rsidP="006A0339">
      <w:pPr>
        <w:pStyle w:val="Ttulo1"/>
        <w:spacing w:line="264" w:lineRule="auto"/>
        <w:jc w:val="center"/>
        <w:rPr>
          <w:rFonts w:ascii="Open Sans" w:hAnsi="Open Sans" w:cs="Open Sans"/>
          <w:color w:val="auto"/>
          <w:lang w:val="es-ES"/>
        </w:rPr>
      </w:pPr>
      <w:r w:rsidRPr="00215589">
        <w:rPr>
          <w:rFonts w:ascii="Open Sans" w:hAnsi="Open Sans" w:cs="Open Sans"/>
          <w:color w:val="auto"/>
          <w:lang w:val="es-ES"/>
        </w:rPr>
        <w:t>MODELO DE RECLAMACIÓN PREVIA</w:t>
      </w:r>
      <w:r w:rsidRPr="00215589">
        <w:rPr>
          <w:rFonts w:ascii="Open Sans" w:hAnsi="Open Sans" w:cs="Open Sans"/>
          <w:color w:val="auto"/>
          <w:lang w:val="es-ES"/>
        </w:rPr>
        <w:br/>
        <w:t>Valoración de grado de discapacidad</w:t>
      </w:r>
    </w:p>
    <w:p w14:paraId="29A7777D" w14:textId="2DE80E5B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br/>
        <w:t>AL ÓRGANO COMPETENTE EN MATERIA DE VALORACIÓN DE DISCAPACIDAD DE [COMUNIDAD AUTÓNOMA]</w:t>
      </w:r>
      <w:r w:rsidR="001912E3">
        <w:rPr>
          <w:rFonts w:ascii="Open Sans" w:hAnsi="Open Sans" w:cs="Open Sans"/>
          <w:lang w:val="es-ES"/>
        </w:rPr>
        <w:t xml:space="preserve"> (</w:t>
      </w:r>
      <w:r w:rsidR="001912E3" w:rsidRPr="001912E3">
        <w:rPr>
          <w:rFonts w:ascii="Open Sans" w:hAnsi="Open Sans" w:cs="Open Sans"/>
          <w:i/>
          <w:iCs/>
          <w:lang w:val="es-ES"/>
        </w:rPr>
        <w:t xml:space="preserve">El mismo </w:t>
      </w:r>
      <w:r w:rsidR="001912E3">
        <w:rPr>
          <w:rFonts w:ascii="Open Sans" w:hAnsi="Open Sans" w:cs="Open Sans"/>
          <w:i/>
          <w:iCs/>
          <w:lang w:val="es-ES"/>
        </w:rPr>
        <w:t xml:space="preserve">órgano </w:t>
      </w:r>
      <w:r w:rsidR="001912E3" w:rsidRPr="001912E3">
        <w:rPr>
          <w:rFonts w:ascii="Open Sans" w:hAnsi="Open Sans" w:cs="Open Sans"/>
          <w:i/>
          <w:iCs/>
          <w:lang w:val="es-ES"/>
        </w:rPr>
        <w:t>que dictó la resolución que se recurre de reconocimiento de discapacidad)</w:t>
      </w:r>
      <w:r w:rsidRPr="00215589">
        <w:rPr>
          <w:rFonts w:ascii="Open Sans" w:hAnsi="Open Sans" w:cs="Open Sans"/>
          <w:lang w:val="es-ES"/>
        </w:rPr>
        <w:br/>
      </w:r>
    </w:p>
    <w:p w14:paraId="189FCA68" w14:textId="4BC27CD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t xml:space="preserve">D./Dª [Nombre y apellidos], con DNI/NIE [_____], domicilio en [dirección completa], teléfono [_____], correo electrónico [_____], </w:t>
      </w:r>
      <w:r w:rsidR="001551C8">
        <w:rPr>
          <w:rFonts w:ascii="Open Sans" w:hAnsi="Open Sans" w:cs="Open Sans"/>
          <w:lang w:val="es-ES"/>
        </w:rPr>
        <w:t xml:space="preserve">con </w:t>
      </w:r>
      <w:r w:rsidRPr="00215589">
        <w:rPr>
          <w:rFonts w:ascii="Open Sans" w:hAnsi="Open Sans" w:cs="Open Sans"/>
          <w:lang w:val="es-ES"/>
        </w:rPr>
        <w:t>expediente nº [_____], comparece y</w:t>
      </w:r>
      <w:r w:rsidRPr="00215589">
        <w:rPr>
          <w:rFonts w:ascii="Open Sans" w:hAnsi="Open Sans" w:cs="Open Sans"/>
          <w:lang w:val="es-ES"/>
        </w:rPr>
        <w:br/>
      </w:r>
    </w:p>
    <w:p w14:paraId="4524C302" w14:textId="77777777" w:rsidR="00B043DC" w:rsidRPr="00BE4625" w:rsidRDefault="00000000" w:rsidP="006A0339">
      <w:pPr>
        <w:pStyle w:val="Ttulo2"/>
        <w:spacing w:line="264" w:lineRule="auto"/>
        <w:rPr>
          <w:rFonts w:ascii="Open Sans" w:hAnsi="Open Sans" w:cs="Open Sans"/>
          <w:color w:val="auto"/>
          <w:sz w:val="28"/>
          <w:szCs w:val="28"/>
          <w:lang w:val="es-ES"/>
        </w:rPr>
      </w:pPr>
      <w:r w:rsidRPr="00BE4625">
        <w:rPr>
          <w:rFonts w:ascii="Open Sans" w:hAnsi="Open Sans" w:cs="Open Sans"/>
          <w:color w:val="auto"/>
          <w:sz w:val="28"/>
          <w:szCs w:val="28"/>
          <w:lang w:val="es-ES"/>
        </w:rPr>
        <w:t>EXPONE</w:t>
      </w:r>
    </w:p>
    <w:p w14:paraId="2E5A0BA7" w14:textId="77777777" w:rsidR="00B043DC" w:rsidRPr="00215589" w:rsidRDefault="00000000" w:rsidP="006A0339">
      <w:pPr>
        <w:pStyle w:val="Ttulo3"/>
        <w:spacing w:line="264" w:lineRule="auto"/>
        <w:rPr>
          <w:rFonts w:ascii="Open Sans" w:hAnsi="Open Sans" w:cs="Open Sans"/>
          <w:color w:val="auto"/>
          <w:lang w:val="es-ES"/>
        </w:rPr>
      </w:pPr>
      <w:proofErr w:type="gramStart"/>
      <w:r w:rsidRPr="00215589">
        <w:rPr>
          <w:rFonts w:ascii="Open Sans" w:hAnsi="Open Sans" w:cs="Open Sans"/>
          <w:color w:val="auto"/>
          <w:lang w:val="es-ES"/>
        </w:rPr>
        <w:t>PRIMERO.-</w:t>
      </w:r>
      <w:proofErr w:type="gramEnd"/>
      <w:r w:rsidRPr="00215589">
        <w:rPr>
          <w:rFonts w:ascii="Open Sans" w:hAnsi="Open Sans" w:cs="Open Sans"/>
          <w:color w:val="auto"/>
          <w:lang w:val="es-ES"/>
        </w:rPr>
        <w:t xml:space="preserve"> Notificación de la resolución</w:t>
      </w:r>
    </w:p>
    <w:p w14:paraId="4F7DDD09" w14:textId="7777777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t>Que con fecha [___] me fue notificada Resolución de [fecha de la resolución] por la que se me reconoce un [__%] de grado de discapacidad (y/o se deniega movilidad reducida / tercera persona / etc.).</w:t>
      </w:r>
      <w:r w:rsidRPr="00215589">
        <w:rPr>
          <w:rFonts w:ascii="Open Sans" w:hAnsi="Open Sans" w:cs="Open Sans"/>
          <w:lang w:val="es-ES"/>
        </w:rPr>
        <w:br/>
      </w:r>
      <w:r w:rsidRPr="00215589">
        <w:rPr>
          <w:rFonts w:ascii="Open Sans" w:hAnsi="Open Sans" w:cs="Open Sans"/>
          <w:lang w:val="es-ES"/>
        </w:rPr>
        <w:br/>
        <w:t xml:space="preserve">No estando conforme con dicha resolución, y dentro del plazo legal de 30 días hábiles, formulo la presente </w:t>
      </w:r>
      <w:r w:rsidRPr="006E112F">
        <w:rPr>
          <w:rFonts w:ascii="Open Sans" w:hAnsi="Open Sans" w:cs="Open Sans"/>
          <w:b/>
          <w:bCs/>
          <w:lang w:val="es-ES"/>
        </w:rPr>
        <w:t>RECLAMACIÓN PREVIA</w:t>
      </w:r>
      <w:r w:rsidRPr="00215589">
        <w:rPr>
          <w:rFonts w:ascii="Open Sans" w:hAnsi="Open Sans" w:cs="Open Sans"/>
          <w:lang w:val="es-ES"/>
        </w:rPr>
        <w:t xml:space="preserve"> A LA VÍA JURISDICCIONAL SOCIAL.</w:t>
      </w:r>
    </w:p>
    <w:p w14:paraId="2A95742B" w14:textId="77777777" w:rsidR="00B043DC" w:rsidRPr="00215589" w:rsidRDefault="00000000" w:rsidP="006A0339">
      <w:pPr>
        <w:pStyle w:val="Ttulo3"/>
        <w:spacing w:line="264" w:lineRule="auto"/>
        <w:rPr>
          <w:rFonts w:ascii="Open Sans" w:hAnsi="Open Sans" w:cs="Open Sans"/>
          <w:color w:val="auto"/>
          <w:lang w:val="es-ES"/>
        </w:rPr>
      </w:pPr>
      <w:proofErr w:type="gramStart"/>
      <w:r w:rsidRPr="00215589">
        <w:rPr>
          <w:rFonts w:ascii="Open Sans" w:hAnsi="Open Sans" w:cs="Open Sans"/>
          <w:color w:val="auto"/>
          <w:lang w:val="es-ES"/>
        </w:rPr>
        <w:t>SEGUNDO.-</w:t>
      </w:r>
      <w:proofErr w:type="gramEnd"/>
      <w:r w:rsidRPr="00215589">
        <w:rPr>
          <w:rFonts w:ascii="Open Sans" w:hAnsi="Open Sans" w:cs="Open Sans"/>
          <w:color w:val="auto"/>
          <w:lang w:val="es-ES"/>
        </w:rPr>
        <w:t xml:space="preserve"> Hechos y situación clínica actual (resumen funcional)</w:t>
      </w:r>
    </w:p>
    <w:p w14:paraId="42965D8D" w14:textId="7777777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t>1. Diagnóstico principal: [__________]</w:t>
      </w:r>
      <w:r w:rsidRPr="00215589">
        <w:rPr>
          <w:rFonts w:ascii="Open Sans" w:hAnsi="Open Sans" w:cs="Open Sans"/>
          <w:lang w:val="es-ES"/>
        </w:rPr>
        <w:br/>
        <w:t>2. Fecha aproximada de inicio: [__________]</w:t>
      </w:r>
      <w:r w:rsidRPr="00215589">
        <w:rPr>
          <w:rFonts w:ascii="Open Sans" w:hAnsi="Open Sans" w:cs="Open Sans"/>
          <w:lang w:val="es-ES"/>
        </w:rPr>
        <w:br/>
        <w:t>3. Tratamientos recibidos: [__________]</w:t>
      </w:r>
      <w:r w:rsidRPr="00215589">
        <w:rPr>
          <w:rFonts w:ascii="Open Sans" w:hAnsi="Open Sans" w:cs="Open Sans"/>
          <w:lang w:val="es-ES"/>
        </w:rPr>
        <w:br/>
        <w:t>4. Situación actual (remisión / secuelas / cronicidad): [__________]</w:t>
      </w:r>
      <w:r w:rsidRPr="00215589">
        <w:rPr>
          <w:rFonts w:ascii="Open Sans" w:hAnsi="Open Sans" w:cs="Open Sans"/>
          <w:lang w:val="es-ES"/>
        </w:rPr>
        <w:br/>
      </w:r>
      <w:r w:rsidRPr="00215589">
        <w:rPr>
          <w:rFonts w:ascii="Open Sans" w:hAnsi="Open Sans" w:cs="Open Sans"/>
          <w:lang w:val="es-ES"/>
        </w:rPr>
        <w:br/>
        <w:t>Limitaciones funcionales persistentes:</w:t>
      </w:r>
      <w:r w:rsidRPr="00215589">
        <w:rPr>
          <w:rFonts w:ascii="Open Sans" w:hAnsi="Open Sans" w:cs="Open Sans"/>
          <w:lang w:val="es-ES"/>
        </w:rPr>
        <w:br/>
        <w:t>- Movilidad / esfuerzo: [__________]</w:t>
      </w:r>
      <w:r w:rsidRPr="00215589">
        <w:rPr>
          <w:rFonts w:ascii="Open Sans" w:hAnsi="Open Sans" w:cs="Open Sans"/>
          <w:lang w:val="es-ES"/>
        </w:rPr>
        <w:br/>
        <w:t>- Dolor / fatiga: [__________]</w:t>
      </w:r>
      <w:r w:rsidRPr="00215589">
        <w:rPr>
          <w:rFonts w:ascii="Open Sans" w:hAnsi="Open Sans" w:cs="Open Sans"/>
          <w:lang w:val="es-ES"/>
        </w:rPr>
        <w:br/>
        <w:t>- Cognición / concentración: [__________]</w:t>
      </w:r>
      <w:r w:rsidRPr="00215589">
        <w:rPr>
          <w:rFonts w:ascii="Open Sans" w:hAnsi="Open Sans" w:cs="Open Sans"/>
          <w:lang w:val="es-ES"/>
        </w:rPr>
        <w:br/>
        <w:t>- Actividades de la vida diaria: [__________]</w:t>
      </w:r>
      <w:r w:rsidRPr="00215589">
        <w:rPr>
          <w:rFonts w:ascii="Open Sans" w:hAnsi="Open Sans" w:cs="Open Sans"/>
          <w:lang w:val="es-ES"/>
        </w:rPr>
        <w:br/>
        <w:t>- Impacto laboral: [__________]</w:t>
      </w:r>
      <w:r w:rsidRPr="00215589">
        <w:rPr>
          <w:rFonts w:ascii="Open Sans" w:hAnsi="Open Sans" w:cs="Open Sans"/>
          <w:lang w:val="es-ES"/>
        </w:rPr>
        <w:br/>
      </w:r>
    </w:p>
    <w:p w14:paraId="1D8FD273" w14:textId="77777777" w:rsidR="00B043DC" w:rsidRPr="00215589" w:rsidRDefault="00000000" w:rsidP="006A0339">
      <w:pPr>
        <w:pStyle w:val="Ttulo3"/>
        <w:spacing w:line="264" w:lineRule="auto"/>
        <w:rPr>
          <w:rFonts w:ascii="Open Sans" w:hAnsi="Open Sans" w:cs="Open Sans"/>
          <w:color w:val="auto"/>
          <w:lang w:val="es-ES"/>
        </w:rPr>
      </w:pPr>
      <w:proofErr w:type="gramStart"/>
      <w:r w:rsidRPr="00215589">
        <w:rPr>
          <w:rFonts w:ascii="Open Sans" w:hAnsi="Open Sans" w:cs="Open Sans"/>
          <w:color w:val="auto"/>
          <w:lang w:val="es-ES"/>
        </w:rPr>
        <w:t>TERCERO.-</w:t>
      </w:r>
      <w:proofErr w:type="gramEnd"/>
      <w:r w:rsidRPr="00215589">
        <w:rPr>
          <w:rFonts w:ascii="Open Sans" w:hAnsi="Open Sans" w:cs="Open Sans"/>
          <w:color w:val="auto"/>
          <w:lang w:val="es-ES"/>
        </w:rPr>
        <w:t xml:space="preserve"> Motivos de desacuerdo</w:t>
      </w:r>
    </w:p>
    <w:p w14:paraId="318952A8" w14:textId="7777777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t>Se considera que la resolución no ha valorado adecuadamente:</w:t>
      </w:r>
      <w:r w:rsidRPr="00215589">
        <w:rPr>
          <w:rFonts w:ascii="Open Sans" w:hAnsi="Open Sans" w:cs="Open Sans"/>
          <w:lang w:val="es-ES"/>
        </w:rPr>
        <w:br/>
        <w:t>1. [Limitación funcional no valorada o infravalorada]</w:t>
      </w:r>
      <w:r w:rsidRPr="00215589">
        <w:rPr>
          <w:rFonts w:ascii="Open Sans" w:hAnsi="Open Sans" w:cs="Open Sans"/>
          <w:lang w:val="es-ES"/>
        </w:rPr>
        <w:br/>
        <w:t>2. [Impacto en actividad diaria]</w:t>
      </w:r>
      <w:r w:rsidRPr="00215589">
        <w:rPr>
          <w:rFonts w:ascii="Open Sans" w:hAnsi="Open Sans" w:cs="Open Sans"/>
          <w:lang w:val="es-ES"/>
        </w:rPr>
        <w:br/>
      </w:r>
      <w:r w:rsidRPr="00215589">
        <w:rPr>
          <w:rFonts w:ascii="Open Sans" w:hAnsi="Open Sans" w:cs="Open Sans"/>
          <w:lang w:val="es-ES"/>
        </w:rPr>
        <w:lastRenderedPageBreak/>
        <w:t>3. [Impacto laboral acreditado]</w:t>
      </w:r>
      <w:r w:rsidRPr="00215589">
        <w:rPr>
          <w:rFonts w:ascii="Open Sans" w:hAnsi="Open Sans" w:cs="Open Sans"/>
          <w:lang w:val="es-ES"/>
        </w:rPr>
        <w:br/>
        <w:t>4. [Factores contextuales si los hubiera]</w:t>
      </w:r>
      <w:r w:rsidRPr="00215589">
        <w:rPr>
          <w:rFonts w:ascii="Open Sans" w:hAnsi="Open Sans" w:cs="Open Sans"/>
          <w:lang w:val="es-ES"/>
        </w:rPr>
        <w:br/>
      </w:r>
    </w:p>
    <w:p w14:paraId="7C34B871" w14:textId="77777777" w:rsidR="00B043DC" w:rsidRPr="00215589" w:rsidRDefault="00000000" w:rsidP="006A0339">
      <w:pPr>
        <w:pStyle w:val="Ttulo3"/>
        <w:spacing w:line="264" w:lineRule="auto"/>
        <w:rPr>
          <w:rFonts w:ascii="Open Sans" w:hAnsi="Open Sans" w:cs="Open Sans"/>
          <w:color w:val="auto"/>
          <w:lang w:val="es-ES"/>
        </w:rPr>
      </w:pPr>
      <w:proofErr w:type="gramStart"/>
      <w:r w:rsidRPr="00215589">
        <w:rPr>
          <w:rFonts w:ascii="Open Sans" w:hAnsi="Open Sans" w:cs="Open Sans"/>
          <w:color w:val="auto"/>
          <w:lang w:val="es-ES"/>
        </w:rPr>
        <w:t>CUARTO.-</w:t>
      </w:r>
      <w:proofErr w:type="gramEnd"/>
      <w:r w:rsidRPr="00215589">
        <w:rPr>
          <w:rFonts w:ascii="Open Sans" w:hAnsi="Open Sans" w:cs="Open Sans"/>
          <w:color w:val="auto"/>
          <w:lang w:val="es-ES"/>
        </w:rPr>
        <w:t xml:space="preserve"> Documentación que se aporta</w:t>
      </w:r>
    </w:p>
    <w:p w14:paraId="0D94B6D9" w14:textId="7777777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t>- Informe de [especialidad] de fecha [____]</w:t>
      </w:r>
      <w:r w:rsidRPr="00215589">
        <w:rPr>
          <w:rFonts w:ascii="Open Sans" w:hAnsi="Open Sans" w:cs="Open Sans"/>
          <w:lang w:val="es-ES"/>
        </w:rPr>
        <w:br/>
        <w:t>- Informe de Rehabilitación / Fisioterapia</w:t>
      </w:r>
      <w:r w:rsidRPr="00215589">
        <w:rPr>
          <w:rFonts w:ascii="Open Sans" w:hAnsi="Open Sans" w:cs="Open Sans"/>
          <w:lang w:val="es-ES"/>
        </w:rPr>
        <w:br/>
        <w:t>- Informe de Medicina del Trabajo / PRL</w:t>
      </w:r>
      <w:r w:rsidRPr="00215589">
        <w:rPr>
          <w:rFonts w:ascii="Open Sans" w:hAnsi="Open Sans" w:cs="Open Sans"/>
          <w:lang w:val="es-ES"/>
        </w:rPr>
        <w:br/>
        <w:t>- Informe de Salud Mental (si procede)</w:t>
      </w:r>
      <w:r w:rsidRPr="00215589">
        <w:rPr>
          <w:rFonts w:ascii="Open Sans" w:hAnsi="Open Sans" w:cs="Open Sans"/>
          <w:lang w:val="es-ES"/>
        </w:rPr>
        <w:br/>
        <w:t>- Otros documentos relevantes</w:t>
      </w:r>
      <w:r w:rsidRPr="00215589">
        <w:rPr>
          <w:rFonts w:ascii="Open Sans" w:hAnsi="Open Sans" w:cs="Open Sans"/>
          <w:lang w:val="es-ES"/>
        </w:rPr>
        <w:br/>
      </w:r>
      <w:r w:rsidRPr="00215589">
        <w:rPr>
          <w:rFonts w:ascii="Open Sans" w:hAnsi="Open Sans" w:cs="Open Sans"/>
          <w:lang w:val="es-ES"/>
        </w:rPr>
        <w:br/>
        <w:t>Asimismo, se solicita copia íntegra del expediente administrativo y del dictamen técnico de valoración.</w:t>
      </w:r>
    </w:p>
    <w:p w14:paraId="1D37569C" w14:textId="77777777" w:rsidR="00B043DC" w:rsidRPr="00215589" w:rsidRDefault="00000000" w:rsidP="006A0339">
      <w:pPr>
        <w:pStyle w:val="Ttulo3"/>
        <w:spacing w:line="264" w:lineRule="auto"/>
        <w:rPr>
          <w:rFonts w:ascii="Open Sans" w:hAnsi="Open Sans" w:cs="Open Sans"/>
          <w:color w:val="auto"/>
          <w:lang w:val="es-ES"/>
        </w:rPr>
      </w:pPr>
      <w:proofErr w:type="gramStart"/>
      <w:r w:rsidRPr="00215589">
        <w:rPr>
          <w:rFonts w:ascii="Open Sans" w:hAnsi="Open Sans" w:cs="Open Sans"/>
          <w:color w:val="auto"/>
          <w:lang w:val="es-ES"/>
        </w:rPr>
        <w:t>QUINTO.-</w:t>
      </w:r>
      <w:proofErr w:type="gramEnd"/>
      <w:r w:rsidRPr="00215589">
        <w:rPr>
          <w:rFonts w:ascii="Open Sans" w:hAnsi="Open Sans" w:cs="Open Sans"/>
          <w:color w:val="auto"/>
          <w:lang w:val="es-ES"/>
        </w:rPr>
        <w:t xml:space="preserve"> Solicitud</w:t>
      </w:r>
    </w:p>
    <w:p w14:paraId="7894CC68" w14:textId="77777777" w:rsidR="00DE38F6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t>Por todo lo expuesto,</w:t>
      </w:r>
      <w:r w:rsidRPr="00215589">
        <w:rPr>
          <w:rFonts w:ascii="Open Sans" w:hAnsi="Open Sans" w:cs="Open Sans"/>
          <w:lang w:val="es-ES"/>
        </w:rPr>
        <w:br/>
      </w:r>
      <w:r w:rsidRPr="00215589">
        <w:rPr>
          <w:rFonts w:ascii="Open Sans" w:hAnsi="Open Sans" w:cs="Open Sans"/>
          <w:lang w:val="es-ES"/>
        </w:rPr>
        <w:br/>
      </w:r>
      <w:r w:rsidRPr="00BE4625">
        <w:rPr>
          <w:rFonts w:ascii="Open Sans" w:hAnsi="Open Sans" w:cs="Open Sans"/>
          <w:b/>
          <w:bCs/>
          <w:sz w:val="28"/>
          <w:szCs w:val="28"/>
          <w:lang w:val="es-ES"/>
        </w:rPr>
        <w:t>SOLICITO</w:t>
      </w:r>
      <w:r w:rsidRPr="00215589">
        <w:rPr>
          <w:rFonts w:ascii="Open Sans" w:hAnsi="Open Sans" w:cs="Open Sans"/>
          <w:lang w:val="es-ES"/>
        </w:rPr>
        <w:t xml:space="preserve"> que se revise la resolución impugnada y se dicte nueva resolución reconociendo un grado de discapacidad acorde a las limitaciones acreditadas, con los efectos legales correspondientes.</w:t>
      </w:r>
    </w:p>
    <w:p w14:paraId="6F0265DA" w14:textId="6C14E4A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br/>
        <w:t xml:space="preserve">Subsidiariamente, se acuerde nueva valoración presencial teniendo en cuenta la </w:t>
      </w:r>
      <w:r w:rsidR="00D90979">
        <w:rPr>
          <w:rFonts w:ascii="Open Sans" w:hAnsi="Open Sans" w:cs="Open Sans"/>
          <w:lang w:val="es-ES"/>
        </w:rPr>
        <w:t>d</w:t>
      </w:r>
      <w:r w:rsidRPr="00215589">
        <w:rPr>
          <w:rFonts w:ascii="Open Sans" w:hAnsi="Open Sans" w:cs="Open Sans"/>
          <w:lang w:val="es-ES"/>
        </w:rPr>
        <w:t>ocumentación aportada.</w:t>
      </w:r>
      <w:r w:rsidRPr="00215589">
        <w:rPr>
          <w:rFonts w:ascii="Open Sans" w:hAnsi="Open Sans" w:cs="Open Sans"/>
          <w:lang w:val="es-ES"/>
        </w:rPr>
        <w:br/>
      </w:r>
    </w:p>
    <w:p w14:paraId="4A0A4B77" w14:textId="7777777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br/>
        <w:t>En [localidad], a [fecha]</w:t>
      </w:r>
      <w:r w:rsidRPr="00215589">
        <w:rPr>
          <w:rFonts w:ascii="Open Sans" w:hAnsi="Open Sans" w:cs="Open Sans"/>
          <w:lang w:val="es-ES"/>
        </w:rPr>
        <w:br/>
      </w:r>
    </w:p>
    <w:p w14:paraId="07FDE408" w14:textId="77777777" w:rsidR="00B043DC" w:rsidRPr="00215589" w:rsidRDefault="00000000" w:rsidP="006A0339">
      <w:pPr>
        <w:spacing w:line="264" w:lineRule="auto"/>
        <w:rPr>
          <w:rFonts w:ascii="Open Sans" w:hAnsi="Open Sans" w:cs="Open Sans"/>
          <w:lang w:val="es-ES"/>
        </w:rPr>
      </w:pPr>
      <w:r w:rsidRPr="00215589">
        <w:rPr>
          <w:rFonts w:ascii="Open Sans" w:hAnsi="Open Sans" w:cs="Open Sans"/>
          <w:lang w:val="es-ES"/>
        </w:rPr>
        <w:t>Firma:</w:t>
      </w:r>
      <w:r w:rsidRPr="00215589">
        <w:rPr>
          <w:rFonts w:ascii="Open Sans" w:hAnsi="Open Sans" w:cs="Open Sans"/>
          <w:lang w:val="es-ES"/>
        </w:rPr>
        <w:br/>
      </w:r>
      <w:r w:rsidRPr="00215589">
        <w:rPr>
          <w:rFonts w:ascii="Open Sans" w:hAnsi="Open Sans" w:cs="Open Sans"/>
          <w:lang w:val="es-ES"/>
        </w:rPr>
        <w:br/>
        <w:t>__________________________</w:t>
      </w:r>
      <w:r w:rsidRPr="00215589">
        <w:rPr>
          <w:rFonts w:ascii="Open Sans" w:hAnsi="Open Sans" w:cs="Open Sans"/>
          <w:lang w:val="es-ES"/>
        </w:rPr>
        <w:br/>
        <w:t>[Nombre y apellidos]</w:t>
      </w:r>
      <w:r w:rsidRPr="00215589">
        <w:rPr>
          <w:rFonts w:ascii="Open Sans" w:hAnsi="Open Sans" w:cs="Open Sans"/>
          <w:lang w:val="es-ES"/>
        </w:rPr>
        <w:br/>
        <w:t>DNI/NIE: [_____]</w:t>
      </w:r>
      <w:r w:rsidRPr="00215589">
        <w:rPr>
          <w:rFonts w:ascii="Open Sans" w:hAnsi="Open Sans" w:cs="Open Sans"/>
          <w:lang w:val="es-ES"/>
        </w:rPr>
        <w:br/>
      </w:r>
    </w:p>
    <w:sectPr w:rsidR="00B043DC" w:rsidRPr="00215589" w:rsidSect="00423A16">
      <w:pgSz w:w="12240" w:h="15840"/>
      <w:pgMar w:top="1418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4483" w14:textId="77777777" w:rsidR="005A5CEF" w:rsidRDefault="005A5CEF" w:rsidP="00EC33A4">
      <w:pPr>
        <w:spacing w:after="0" w:line="240" w:lineRule="auto"/>
      </w:pPr>
      <w:r>
        <w:separator/>
      </w:r>
    </w:p>
  </w:endnote>
  <w:endnote w:type="continuationSeparator" w:id="0">
    <w:p w14:paraId="586C215A" w14:textId="77777777" w:rsidR="005A5CEF" w:rsidRDefault="005A5CEF" w:rsidP="00EC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500000000000000"/>
    <w:charset w:val="00"/>
    <w:family w:val="auto"/>
    <w:pitch w:val="fixed"/>
    <w:sig w:usb0="00000003" w:usb1="00000000" w:usb2="0000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7B17" w14:textId="77777777" w:rsidR="005A5CEF" w:rsidRDefault="005A5CEF" w:rsidP="00EC33A4">
      <w:pPr>
        <w:spacing w:after="0" w:line="240" w:lineRule="auto"/>
      </w:pPr>
      <w:r>
        <w:separator/>
      </w:r>
    </w:p>
  </w:footnote>
  <w:footnote w:type="continuationSeparator" w:id="0">
    <w:p w14:paraId="54B3E8C7" w14:textId="77777777" w:rsidR="005A5CEF" w:rsidRDefault="005A5CEF" w:rsidP="00EC3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7733144">
    <w:abstractNumId w:val="8"/>
  </w:num>
  <w:num w:numId="2" w16cid:durableId="533156518">
    <w:abstractNumId w:val="6"/>
  </w:num>
  <w:num w:numId="3" w16cid:durableId="565645986">
    <w:abstractNumId w:val="5"/>
  </w:num>
  <w:num w:numId="4" w16cid:durableId="770782491">
    <w:abstractNumId w:val="4"/>
  </w:num>
  <w:num w:numId="5" w16cid:durableId="308948002">
    <w:abstractNumId w:val="7"/>
  </w:num>
  <w:num w:numId="6" w16cid:durableId="612514905">
    <w:abstractNumId w:val="3"/>
  </w:num>
  <w:num w:numId="7" w16cid:durableId="1864129417">
    <w:abstractNumId w:val="2"/>
  </w:num>
  <w:num w:numId="8" w16cid:durableId="240985946">
    <w:abstractNumId w:val="1"/>
  </w:num>
  <w:num w:numId="9" w16cid:durableId="74051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1C8"/>
    <w:rsid w:val="001912E3"/>
    <w:rsid w:val="00215589"/>
    <w:rsid w:val="0029639D"/>
    <w:rsid w:val="00317008"/>
    <w:rsid w:val="00326F90"/>
    <w:rsid w:val="00423A16"/>
    <w:rsid w:val="005A5CEF"/>
    <w:rsid w:val="006A0339"/>
    <w:rsid w:val="006E112F"/>
    <w:rsid w:val="00AA1D8D"/>
    <w:rsid w:val="00B043DC"/>
    <w:rsid w:val="00B47730"/>
    <w:rsid w:val="00BE4625"/>
    <w:rsid w:val="00CB0664"/>
    <w:rsid w:val="00D90979"/>
    <w:rsid w:val="00DE38F6"/>
    <w:rsid w:val="00EC33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277AB5-1FD5-4B4A-B4B9-410A126D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1980</Characters>
  <Application>Microsoft Office Word</Application>
  <DocSecurity>0</DocSecurity>
  <Lines>16</Lines>
  <Paragraphs>4</Paragraphs>
  <ScaleCrop>false</ScaleCrop>
  <Manager/>
  <Company/>
  <LinksUpToDate>false</LinksUpToDate>
  <CharactersWithSpaces>2336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2026-03-16T07:35:00Z</dcterms:created>
  <dcterms:modified xsi:type="dcterms:W3CDTF">2026-03-16T07:36:00Z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86bc70-2a05-490c-b199-8f0f8e614d89_Enabled">
    <vt:lpwstr>true</vt:lpwstr>
  </property>
  <property fmtid="{D5CDD505-2E9C-101B-9397-08002B2CF9AE}" pid="3" name="MSIP_Label_5d86bc70-2a05-490c-b199-8f0f8e614d89_SetDate">
    <vt:lpwstr>2026-03-16T07:36:14Z</vt:lpwstr>
  </property>
  <property fmtid="{D5CDD505-2E9C-101B-9397-08002B2CF9AE}" pid="4" name="MSIP_Label_5d86bc70-2a05-490c-b199-8f0f8e614d89_Method">
    <vt:lpwstr>Privileged</vt:lpwstr>
  </property>
  <property fmtid="{D5CDD505-2E9C-101B-9397-08002B2CF9AE}" pid="5" name="MSIP_Label_5d86bc70-2a05-490c-b199-8f0f8e614d89_Name">
    <vt:lpwstr>5d86bc70-2a05-490c-b199-8f0f8e614d89</vt:lpwstr>
  </property>
  <property fmtid="{D5CDD505-2E9C-101B-9397-08002B2CF9AE}" pid="6" name="MSIP_Label_5d86bc70-2a05-490c-b199-8f0f8e614d89_SiteId">
    <vt:lpwstr>5df31d35-3ba9-481e-a3c8-ff9be3ee783b</vt:lpwstr>
  </property>
  <property fmtid="{D5CDD505-2E9C-101B-9397-08002B2CF9AE}" pid="7" name="MSIP_Label_5d86bc70-2a05-490c-b199-8f0f8e614d89_ActionId">
    <vt:lpwstr>c7efe434-8ddc-479e-90b3-25c9f26390e9</vt:lpwstr>
  </property>
  <property fmtid="{D5CDD505-2E9C-101B-9397-08002B2CF9AE}" pid="8" name="MSIP_Label_5d86bc70-2a05-490c-b199-8f0f8e614d89_ContentBits">
    <vt:lpwstr>0</vt:lpwstr>
  </property>
  <property fmtid="{D5CDD505-2E9C-101B-9397-08002B2CF9AE}" pid="9" name="MSIP_Label_5d86bc70-2a05-490c-b199-8f0f8e614d89_Tag">
    <vt:lpwstr>10, 0, 1, 1</vt:lpwstr>
  </property>
</Properties>
</file>